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מזהים כל חלק דיבר לפי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מילת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מזהים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יחס באה לפני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(מילת יחס)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חלק הדיבר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לזיהוי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המילה שצריך לזהות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 שאלה מתאימה - מי? מה? איזה?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ארבעת חלקי הדיבר, למשל: 'הילדה (שם עצם) הקטנה (שם תואר) רצה (פועל) אל (מילת יחס) הגן'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 ומתאים לו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יחס: על/ליד/עם; מילת קישור: וגם/אבל/כי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כינוי גוף כמו אני/הוא/הם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משפטים מהדף ולבקש מהתלמידים להצביע על חלק הדיבר באוויר בתנועת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את טבלת חלקי הדיבר בכיתה כעזר חזותי במהלך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שישה חלקי הדיבר שלמדנו: שם עצם, שם תואר, פועל, מילת יחס, מילת קישור וכינוי גוף. נזהה אותם במשפטים ונבין איך כל אחד עוזר לנו לבנות משפט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יחס  ·  פועל  ·  תואר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דיבר שייכת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'אדום' במשפט 'בלון אדום עף בשמיים'?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חלק הדיבר של המילה 'על' במשפט 'הספר על השולחן'?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מתאים לשם העצם שהוא מתאר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לפועל יש זמנים: עבר, הווה ועתיד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יחס באה תמיד אחרי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מילה לחלק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חלק הדיבר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'מהיר'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'קפץ'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'עם' היא מילת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לזיהוי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המילה שצריך לזהות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שאלה מתאימה - מי? מה? איזה? מתי?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המשפט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לפחות שם עצם, פועל, שם תואר ומילת יחס, וסמנו מעל כל מילה את 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 ואיך מזהים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