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מזהים כל חלק דיבר לפי השאלה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בחלקי דיבר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 הדיבר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כינוי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הכלל של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מזהים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מילת יחס באה לפני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תפקידו של כינוי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מילת קישור מחברת גם בין חלקי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מילה לחלק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(מילת קישור)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חלק הדיבר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לזיהוי 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 את המשפט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מצאו את המילה שצריך לזהות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שאלו שאלה מתאימה - מי? מה? איזה? מתי?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קבעו לאיזה חלק דיבר שייכת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סימון נכון של ארבעת חלקי הדיבר, למשל: 'הילדה (שם עצם) הקטנה (שם תואר) רצה (פועל) אל (מילת יחס) הגן'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 ומתאים לו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מילת יחס: על/ליד/עם; מילת קישור: וגם/אבל/כי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כינוי גוף כמו אני/הוא/הם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משפטים מהדף ולבקש מהתלמידים להצביע על חלק הדיבר באוויר בתנועת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לתלות את טבלת חלקי הדיבר בכיתה כעזר חזותי במהלך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לזהות מילים שונות במשפט - מילים שהן שם של משהו, מילים שמתארות, ומילים שמראות 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אדם, חיה, חפץ, מקום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או מצב בזמן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לפני שם עצם ומראה קשר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מילים או משפטים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שבאה במקום שם של אדם או 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 הדיבר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'רץ' - שם, תיאור או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'אדום' - היא מתארת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המילה 'על' מראה איפה הספר נמצא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המילה 'אנחנו' באה במקום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שימו לב - 'ריצה' כאן היא שם של פעילות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מתאים לשם העצם שהוא מתאר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לפועל יש זמנים: עבר, הווה ועתיד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באה תמיד אחרי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כינוי גוף בא במקום שם של אדם או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קישור יכולה לחבר רק מילים בודדות ולא משפטים שלמים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מילה לחלק הדיבר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מילת קישור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מילת יחס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חלק הדיבר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'מהיר'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'קפץ'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המילה 'עם'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'גם' היא מילת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'חופש' היא שם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לזיהוי חלק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 שאלה מתאימה - מי? מה? איזה? מתי?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לאיזה חלק דיבר שייכת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 את המשפט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מצאו את המילה שצריך לזהות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שיש בו לפחות שם עצם, פועל, שם תואר ומילת יחס, וסמנו מעל כל מילה את חלק הדיבר שלה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 ואיך מזהים אותו?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יחס ולמילת קישור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עם כינוי גוף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