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חלקי דיבר שונים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מזהים כל חלק דיבר לפי השאלה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בחלקי דיבר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חלק הדיבר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מילת יחס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כינוי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שם עצם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הכלל של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מזהים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מילת יחס באה לפני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תפקידו של כינוי הגוף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מילת קישור מחברת גם בין חלקי משפט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בין מילה לחלק הדיבר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(שם 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(מילת יחס)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(מילת קישור)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חלק הדיבר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יחס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עצם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לזיהוי חלק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קראו את המשפט בעיון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מצאו את המילה שצריך לזהות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שאלו שאלה מתאימה - מי? מה? איזה? מתי?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קבעו לאיזה חלק דיבר שייכת המילה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תקין עם סימון נכון של ארבעת חלקי הדיבר, למשל: 'הילדה (שם עצם) הקטנה (שם תואר) רצה (פועל) אל (מילת יחס) הגן'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תואר מתאר שם עצם ומתאים לו במין ובמספר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מילת יחס: על/ליד/עם; מילת קישור: וגם/אבל/כי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עם כינוי גוף כמו אני/הוא/הם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משפטים מהדף ולבקש מהתלמידים להצביע על חלק הדיבר באוויר בתנועת 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לתלות את טבלת חלקי הדיבר בכיתה כעזר חזותי במהלך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בזיהוי בסיסי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שישה חלקי הדיבר שלמדנו: שם עצם, שם תואר, פועל, מילת יחס, מילת קישור וכינוי גוף. נזהה אותם במשפטים ונבין איך כל אחד עוזר לנו לבנות משפט שלם.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חלק הדיבר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חלק דיבר שייכת המילה 'רץ' במשפט 'הילד רץ מהר'?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המילה 'אדום' במשפט 'בלון אדום עף בשמיים'?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כינוי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חלק הדיבר של המילה 'על' במשפט 'הספר על השולחן'?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המילה 'אנחנו' במשפט 'אנחנו הולכים לבית הספר'?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כינוי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חלק הדיבר של המילה 'ריצה' במשפט 'הריצה טובה לבריאות'?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מתאים לשם העצם שהוא מתאר במין ובמספר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לפועל יש זמנים: עבר, הווה ועתיד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יחס באה תמיד אחרי שם 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כינוי גוף בא במקום שם של אדם או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קישור יכולה לחבר רק מילים בודדות ולא משפטים שלמים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בין מילה לחלק הדיבר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שם תואר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מילת יחס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מילת קישור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פועל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חלק הדיבר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'מהיר' היא שם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'קפץ'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המילה 'עם' היא מילת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המילה 'גם' היא מילת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המילה 'חופש' היא שם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 לזיהוי חלק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מצאו את המילה שצריך לזהות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קבעו לאיזה חלק דיבר שייכת המילה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קראו את המשפט בעיון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שאלו שאלה מתאימה - מי? מה? איזה? מתי?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שיש בו לפחות שם עצם, פועל, שם תואר ומילת יחס, וסמנו מעל כל מילה את חלק הדיבר שלה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שם תואר ואיך מזהים אותו?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יחס ולמילת קישור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עם כינוי גוף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חלקי דיבר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